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A27EF" w14:textId="685D8655" w:rsidR="00857A0B" w:rsidRDefault="00857A0B" w:rsidP="0062083E">
      <w:pPr>
        <w:tabs>
          <w:tab w:val="left" w:pos="3684"/>
        </w:tabs>
        <w:rPr>
          <w:lang w:eastAsia="ja-JP"/>
        </w:rPr>
      </w:pPr>
      <w:r>
        <w:rPr>
          <w:lang w:eastAsia="ja-JP"/>
        </w:rPr>
        <w:t>【</w:t>
      </w:r>
      <w:r w:rsidR="00B511B5" w:rsidRPr="00B511B5">
        <w:rPr>
          <w:lang w:eastAsia="ja-JP"/>
        </w:rPr>
        <w:t>相談・通報受付フォーム（ひな形）</w:t>
      </w:r>
      <w:r>
        <w:rPr>
          <w:lang w:eastAsia="ja-JP"/>
        </w:rPr>
        <w:t>】</w:t>
      </w:r>
    </w:p>
    <w:tbl>
      <w:tblPr>
        <w:tblStyle w:val="afe"/>
        <w:tblW w:w="0" w:type="auto"/>
        <w:tblLayout w:type="fixed"/>
        <w:tblLook w:val="04A0" w:firstRow="1" w:lastRow="0" w:firstColumn="1" w:lastColumn="0" w:noHBand="0" w:noVBand="1"/>
      </w:tblPr>
      <w:tblGrid>
        <w:gridCol w:w="2592"/>
        <w:gridCol w:w="6768"/>
      </w:tblGrid>
      <w:tr w:rsidR="00C53A0E" w14:paraId="541088A9" w14:textId="77777777">
        <w:tc>
          <w:tcPr>
            <w:tcW w:w="2592" w:type="dxa"/>
            <w:shd w:val="clear" w:color="auto" w:fill="EAEFF7"/>
          </w:tcPr>
          <w:p w14:paraId="11369117" w14:textId="77777777" w:rsidR="00C53A0E" w:rsidRDefault="00000000">
            <w:pPr>
              <w:rPr>
                <w:lang w:eastAsia="ja-JP"/>
              </w:rPr>
            </w:pPr>
            <w:r>
              <w:rPr>
                <w:b/>
                <w:lang w:eastAsia="ja-JP"/>
              </w:rPr>
              <w:t>1. 相談・通報者について</w:t>
            </w:r>
          </w:p>
        </w:tc>
        <w:tc>
          <w:tcPr>
            <w:tcW w:w="6768" w:type="dxa"/>
          </w:tcPr>
          <w:p w14:paraId="7568E470" w14:textId="77777777" w:rsidR="00C53A0E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>氏名（※匿名希望の場合は「匿名希望」と記入）：</w:t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  <w:t>所属部門・役職（又は当社との関係：取引先等）：</w:t>
            </w:r>
            <w:r>
              <w:rPr>
                <w:lang w:eastAsia="ja-JP"/>
              </w:rPr>
              <w:br/>
            </w:r>
            <w:r>
              <w:rPr>
                <w:lang w:eastAsia="ja-JP"/>
              </w:rPr>
              <w:br/>
              <w:t>連絡先（Eメール/電話番号）：</w:t>
            </w:r>
          </w:p>
        </w:tc>
      </w:tr>
      <w:tr w:rsidR="00C53A0E" w14:paraId="68C83F32" w14:textId="77777777">
        <w:tc>
          <w:tcPr>
            <w:tcW w:w="2592" w:type="dxa"/>
            <w:shd w:val="clear" w:color="auto" w:fill="EAEFF7"/>
          </w:tcPr>
          <w:p w14:paraId="19578B7F" w14:textId="77777777" w:rsidR="00C53A0E" w:rsidRDefault="00000000">
            <w:r>
              <w:rPr>
                <w:b/>
              </w:rPr>
              <w:t xml:space="preserve">2. </w:t>
            </w:r>
            <w:proofErr w:type="spellStart"/>
            <w:r>
              <w:rPr>
                <w:b/>
              </w:rPr>
              <w:t>対象者について</w:t>
            </w:r>
            <w:proofErr w:type="spellEnd"/>
          </w:p>
        </w:tc>
        <w:tc>
          <w:tcPr>
            <w:tcW w:w="6768" w:type="dxa"/>
          </w:tcPr>
          <w:p w14:paraId="056C1962" w14:textId="77777777" w:rsidR="00BD0162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>法令違反やハラスメント等の当事者（誰が関与しているか）：</w:t>
            </w:r>
            <w:r>
              <w:rPr>
                <w:lang w:eastAsia="ja-JP"/>
              </w:rPr>
              <w:br/>
            </w:r>
          </w:p>
          <w:p w14:paraId="4E8F4148" w14:textId="08BA6813" w:rsidR="00BD0162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br/>
              <w:t>対象</w:t>
            </w:r>
            <w:r w:rsidR="000D5D69">
              <w:rPr>
                <w:rFonts w:hint="eastAsia"/>
                <w:lang w:eastAsia="ja-JP"/>
              </w:rPr>
              <w:t>者</w:t>
            </w:r>
            <w:r>
              <w:rPr>
                <w:lang w:eastAsia="ja-JP"/>
              </w:rPr>
              <w:t>の部署名・役職など：</w:t>
            </w:r>
          </w:p>
        </w:tc>
      </w:tr>
      <w:tr w:rsidR="00C53A0E" w14:paraId="0BE333B8" w14:textId="77777777">
        <w:tc>
          <w:tcPr>
            <w:tcW w:w="2592" w:type="dxa"/>
            <w:shd w:val="clear" w:color="auto" w:fill="EAEFF7"/>
          </w:tcPr>
          <w:p w14:paraId="652D4B69" w14:textId="77777777" w:rsidR="00C53A0E" w:rsidRDefault="00000000">
            <w:pPr>
              <w:rPr>
                <w:lang w:eastAsia="ja-JP"/>
              </w:rPr>
            </w:pPr>
            <w:r>
              <w:rPr>
                <w:b/>
                <w:lang w:eastAsia="ja-JP"/>
              </w:rPr>
              <w:t>3. 相談・通報内容の詳細</w:t>
            </w:r>
          </w:p>
        </w:tc>
        <w:tc>
          <w:tcPr>
            <w:tcW w:w="6768" w:type="dxa"/>
          </w:tcPr>
          <w:p w14:paraId="4501F5D6" w14:textId="77777777" w:rsidR="00BD0162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>【いつ、どこで、誰が、誰に対して、何をしたか】を、できるだけ具体的にお書きください（根拠資料や証拠がある場合はあわせてご提出ください）：</w:t>
            </w:r>
            <w:r>
              <w:rPr>
                <w:lang w:eastAsia="ja-JP"/>
              </w:rPr>
              <w:br/>
            </w:r>
          </w:p>
          <w:p w14:paraId="15B2EAB7" w14:textId="66F760E4" w:rsidR="00C53A0E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br/>
            </w:r>
          </w:p>
        </w:tc>
      </w:tr>
      <w:tr w:rsidR="00C53A0E" w14:paraId="0AB98D72" w14:textId="77777777">
        <w:tc>
          <w:tcPr>
            <w:tcW w:w="2592" w:type="dxa"/>
            <w:shd w:val="clear" w:color="auto" w:fill="EAEFF7"/>
          </w:tcPr>
          <w:p w14:paraId="2643C707" w14:textId="77777777" w:rsidR="00C53A0E" w:rsidRDefault="00000000">
            <w:r>
              <w:rPr>
                <w:b/>
              </w:rPr>
              <w:t xml:space="preserve">4. </w:t>
            </w:r>
            <w:proofErr w:type="spellStart"/>
            <w:r>
              <w:rPr>
                <w:b/>
              </w:rPr>
              <w:t>期待する対応・救済</w:t>
            </w:r>
            <w:proofErr w:type="spellEnd"/>
          </w:p>
        </w:tc>
        <w:tc>
          <w:tcPr>
            <w:tcW w:w="6768" w:type="dxa"/>
          </w:tcPr>
          <w:p w14:paraId="646CD8A7" w14:textId="3B4CE7E4" w:rsidR="00BD0162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>どのような改善や救済措置、あるいは対応を希望されますか：</w:t>
            </w:r>
            <w:r>
              <w:rPr>
                <w:lang w:eastAsia="ja-JP"/>
              </w:rPr>
              <w:br/>
            </w:r>
          </w:p>
          <w:p w14:paraId="11371F54" w14:textId="769989CF" w:rsidR="00C53A0E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br/>
            </w:r>
          </w:p>
        </w:tc>
      </w:tr>
      <w:tr w:rsidR="00C53A0E" w14:paraId="33174DC7" w14:textId="77777777">
        <w:tc>
          <w:tcPr>
            <w:tcW w:w="2592" w:type="dxa"/>
            <w:shd w:val="clear" w:color="auto" w:fill="EAEFF7"/>
          </w:tcPr>
          <w:p w14:paraId="0B73FD2C" w14:textId="77777777" w:rsidR="00C53A0E" w:rsidRDefault="00000000">
            <w:pPr>
              <w:rPr>
                <w:lang w:eastAsia="ja-JP"/>
              </w:rPr>
            </w:pPr>
            <w:r>
              <w:rPr>
                <w:b/>
                <w:lang w:eastAsia="ja-JP"/>
              </w:rPr>
              <w:t>5. 個人情報の取扱・共有に関する同意</w:t>
            </w:r>
          </w:p>
        </w:tc>
        <w:tc>
          <w:tcPr>
            <w:tcW w:w="6768" w:type="dxa"/>
          </w:tcPr>
          <w:p w14:paraId="3243DF30" w14:textId="4BAF5756" w:rsidR="00857A0B" w:rsidRDefault="00857A0B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当社は、個人情報保護法その他適用される法令を遵守したうえで、あなたの相談・通報に含まれる個人情報を取り扱うことに努めます。</w:t>
            </w:r>
          </w:p>
          <w:p w14:paraId="1BE58FCD" w14:textId="241248D2" w:rsidR="00857A0B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>調査および事実確認に必要な範囲において、関係者にあなたの情報を共有・相談することに同意しますか</w:t>
            </w:r>
            <w:r w:rsidR="00CC6459">
              <w:rPr>
                <w:rFonts w:hint="eastAsia"/>
                <w:lang w:eastAsia="ja-JP"/>
              </w:rPr>
              <w:t>。</w:t>
            </w:r>
          </w:p>
          <w:p w14:paraId="20A503E3" w14:textId="2BA6F554" w:rsidR="00857A0B" w:rsidRDefault="00857A0B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※個人情報の取り扱いについて同意しないことができますが、この場合、適切な処理に支障が生じる可能性がある点はご承知ください</w:t>
            </w:r>
            <w:r w:rsidR="00CC6459">
              <w:rPr>
                <w:rFonts w:hint="eastAsia"/>
                <w:lang w:eastAsia="ja-JP"/>
              </w:rPr>
              <w:t>。</w:t>
            </w:r>
          </w:p>
          <w:p w14:paraId="466B6EF4" w14:textId="226F1F70" w:rsidR="00B511B5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br/>
              <w:t>□ 同意する</w:t>
            </w:r>
            <w:r>
              <w:rPr>
                <w:lang w:eastAsia="ja-JP"/>
              </w:rPr>
              <w:br/>
              <w:t>□ 一部同意する</w:t>
            </w:r>
          </w:p>
          <w:p w14:paraId="1977264C" w14:textId="09FFF82C" w:rsidR="00B511B5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（特定の人物には共有してほしくない等。以下に記載：　　　　　　　　　　　　　　　　　　　　　</w:t>
            </w:r>
          </w:p>
          <w:p w14:paraId="7ACE29CF" w14:textId="77777777" w:rsidR="00BD0162" w:rsidRDefault="00BD0162" w:rsidP="00B511B5">
            <w:pPr>
              <w:ind w:firstLineChars="1000" w:firstLine="2100"/>
              <w:rPr>
                <w:lang w:eastAsia="ja-JP"/>
              </w:rPr>
            </w:pPr>
          </w:p>
          <w:p w14:paraId="7BC441A5" w14:textId="3BE0784A" w:rsidR="00C53A0E" w:rsidRDefault="00B511B5" w:rsidP="0062083E">
            <w:pPr>
              <w:ind w:firstLineChars="1000" w:firstLine="2100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　　　　　　　　　　　　　　　　　　</w:t>
            </w:r>
            <w:r w:rsidR="00000000">
              <w:rPr>
                <w:lang w:eastAsia="ja-JP"/>
              </w:rPr>
              <w:t xml:space="preserve">　）</w:t>
            </w:r>
            <w:r w:rsidR="00000000">
              <w:rPr>
                <w:lang w:eastAsia="ja-JP"/>
              </w:rPr>
              <w:br/>
              <w:t>□ 同意しない</w:t>
            </w:r>
          </w:p>
        </w:tc>
      </w:tr>
      <w:tr w:rsidR="00C53A0E" w14:paraId="617F81C2" w14:textId="77777777">
        <w:tc>
          <w:tcPr>
            <w:tcW w:w="2592" w:type="dxa"/>
            <w:shd w:val="clear" w:color="auto" w:fill="EAEFF7"/>
          </w:tcPr>
          <w:p w14:paraId="48627F52" w14:textId="77777777" w:rsidR="00C53A0E" w:rsidRDefault="00000000">
            <w:pPr>
              <w:rPr>
                <w:b/>
              </w:rPr>
            </w:pPr>
            <w:proofErr w:type="spellStart"/>
            <w:r>
              <w:rPr>
                <w:b/>
              </w:rPr>
              <w:t>誓約</w:t>
            </w:r>
            <w:proofErr w:type="spellEnd"/>
          </w:p>
          <w:p w14:paraId="7EA8081A" w14:textId="77777777" w:rsidR="00BD0162" w:rsidRPr="0062083E" w:rsidRDefault="00BD0162" w:rsidP="00BD0162"/>
          <w:p w14:paraId="6A28AA88" w14:textId="77777777" w:rsidR="00BD0162" w:rsidRDefault="00BD0162" w:rsidP="00BD0162">
            <w:pPr>
              <w:rPr>
                <w:b/>
              </w:rPr>
            </w:pPr>
          </w:p>
          <w:p w14:paraId="200FA86E" w14:textId="77777777" w:rsidR="00BD0162" w:rsidRPr="00BD0162" w:rsidRDefault="00BD0162" w:rsidP="0062083E">
            <w:pPr>
              <w:jc w:val="center"/>
            </w:pPr>
          </w:p>
        </w:tc>
        <w:tc>
          <w:tcPr>
            <w:tcW w:w="6768" w:type="dxa"/>
          </w:tcPr>
          <w:p w14:paraId="4BC328DF" w14:textId="45F1C020" w:rsidR="00B511B5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>私は、本フォームに記載した内容について、私の知る限りにおいて事実に基づいて相談・通報していることを誓約します。</w:t>
            </w:r>
            <w:r>
              <w:rPr>
                <w:lang w:eastAsia="ja-JP"/>
              </w:rPr>
              <w:br/>
              <w:t>日付：20</w:t>
            </w:r>
            <w:r w:rsidR="00B511B5">
              <w:rPr>
                <w:rFonts w:hint="eastAsia"/>
                <w:lang w:eastAsia="ja-JP"/>
              </w:rPr>
              <w:t xml:space="preserve">　　</w:t>
            </w:r>
            <w:r>
              <w:rPr>
                <w:lang w:eastAsia="ja-JP"/>
              </w:rPr>
              <w:t xml:space="preserve">年　　月　　日　　　</w:t>
            </w:r>
          </w:p>
          <w:p w14:paraId="13BD5556" w14:textId="725897C4" w:rsidR="00C53A0E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>署名（又は「匿名希望」）：</w:t>
            </w:r>
          </w:p>
        </w:tc>
      </w:tr>
    </w:tbl>
    <w:p w14:paraId="73A1CE2F" w14:textId="77777777" w:rsidR="00973864" w:rsidRDefault="00973864" w:rsidP="00BD0162">
      <w:pPr>
        <w:rPr>
          <w:lang w:eastAsia="ja-JP"/>
        </w:rPr>
      </w:pPr>
    </w:p>
    <w:sectPr w:rsidR="00973864" w:rsidSect="0062083E">
      <w:headerReference w:type="default" r:id="rId8"/>
      <w:footerReference w:type="default" r:id="rId9"/>
      <w:pgSz w:w="12240" w:h="15840"/>
      <w:pgMar w:top="172" w:right="1411" w:bottom="851" w:left="141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EA3DB" w14:textId="77777777" w:rsidR="008D1993" w:rsidRDefault="008D1993">
      <w:pPr>
        <w:spacing w:after="0" w:line="240" w:lineRule="auto"/>
      </w:pPr>
      <w:r>
        <w:separator/>
      </w:r>
    </w:p>
  </w:endnote>
  <w:endnote w:type="continuationSeparator" w:id="0">
    <w:p w14:paraId="62CAC1A8" w14:textId="77777777" w:rsidR="008D1993" w:rsidRDefault="008D1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22866" w14:textId="2D50006F" w:rsidR="007C57EF" w:rsidRDefault="007C57EF">
    <w:pPr>
      <w:pStyle w:val="a7"/>
      <w:jc w:val="center"/>
    </w:pPr>
  </w:p>
  <w:p w14:paraId="44D57EA0" w14:textId="439D5AD3" w:rsidR="00C53A0E" w:rsidRDefault="00C53A0E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6E365" w14:textId="77777777" w:rsidR="008D1993" w:rsidRDefault="008D1993">
      <w:pPr>
        <w:spacing w:after="0" w:line="240" w:lineRule="auto"/>
      </w:pPr>
      <w:r>
        <w:separator/>
      </w:r>
    </w:p>
  </w:footnote>
  <w:footnote w:type="continuationSeparator" w:id="0">
    <w:p w14:paraId="3CBE8A1D" w14:textId="77777777" w:rsidR="008D1993" w:rsidRDefault="008D1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53F41" w14:textId="66647546" w:rsidR="00C53A0E" w:rsidRDefault="00C53A0E">
    <w:pPr>
      <w:pStyle w:val="a5"/>
      <w:jc w:val="right"/>
      <w:rPr>
        <w:lang w:eastAsia="ja-JP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1966419">
    <w:abstractNumId w:val="8"/>
  </w:num>
  <w:num w:numId="2" w16cid:durableId="611785964">
    <w:abstractNumId w:val="6"/>
  </w:num>
  <w:num w:numId="3" w16cid:durableId="771978395">
    <w:abstractNumId w:val="5"/>
  </w:num>
  <w:num w:numId="4" w16cid:durableId="2117946375">
    <w:abstractNumId w:val="4"/>
  </w:num>
  <w:num w:numId="5" w16cid:durableId="297149123">
    <w:abstractNumId w:val="7"/>
  </w:num>
  <w:num w:numId="6" w16cid:durableId="1096752483">
    <w:abstractNumId w:val="3"/>
  </w:num>
  <w:num w:numId="7" w16cid:durableId="601958370">
    <w:abstractNumId w:val="2"/>
  </w:num>
  <w:num w:numId="8" w16cid:durableId="2027367861">
    <w:abstractNumId w:val="1"/>
  </w:num>
  <w:num w:numId="9" w16cid:durableId="982077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7344"/>
    <w:rsid w:val="000936B5"/>
    <w:rsid w:val="000C4451"/>
    <w:rsid w:val="000D5D69"/>
    <w:rsid w:val="00106322"/>
    <w:rsid w:val="0015074B"/>
    <w:rsid w:val="001D558B"/>
    <w:rsid w:val="001E4862"/>
    <w:rsid w:val="00215CD9"/>
    <w:rsid w:val="0029639D"/>
    <w:rsid w:val="002E1202"/>
    <w:rsid w:val="002E60AE"/>
    <w:rsid w:val="00326F90"/>
    <w:rsid w:val="0036054C"/>
    <w:rsid w:val="003668A5"/>
    <w:rsid w:val="00385102"/>
    <w:rsid w:val="00436E62"/>
    <w:rsid w:val="0059168D"/>
    <w:rsid w:val="005D0BB4"/>
    <w:rsid w:val="0062083E"/>
    <w:rsid w:val="006B5621"/>
    <w:rsid w:val="007A069C"/>
    <w:rsid w:val="007B1226"/>
    <w:rsid w:val="007B5321"/>
    <w:rsid w:val="007C57EF"/>
    <w:rsid w:val="007F171A"/>
    <w:rsid w:val="00857A0B"/>
    <w:rsid w:val="0088647B"/>
    <w:rsid w:val="008D1993"/>
    <w:rsid w:val="00957F6C"/>
    <w:rsid w:val="00972D41"/>
    <w:rsid w:val="00973864"/>
    <w:rsid w:val="00997BAC"/>
    <w:rsid w:val="009C0E69"/>
    <w:rsid w:val="00A416B8"/>
    <w:rsid w:val="00AA1D8D"/>
    <w:rsid w:val="00B10D69"/>
    <w:rsid w:val="00B47730"/>
    <w:rsid w:val="00B511B5"/>
    <w:rsid w:val="00BD0162"/>
    <w:rsid w:val="00C41923"/>
    <w:rsid w:val="00C53A0E"/>
    <w:rsid w:val="00C72B25"/>
    <w:rsid w:val="00C963DF"/>
    <w:rsid w:val="00CA36D1"/>
    <w:rsid w:val="00CA52BA"/>
    <w:rsid w:val="00CB0664"/>
    <w:rsid w:val="00CC6459"/>
    <w:rsid w:val="00D24FA1"/>
    <w:rsid w:val="00EE2922"/>
    <w:rsid w:val="00FB71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23B30C"/>
  <w14:defaultImageDpi w14:val="300"/>
  <w15:docId w15:val="{E409D8CF-799C-497C-872A-C3717A4E6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明朝" w:eastAsia="游明朝" w:hAnsi="游明朝"/>
      <w:color w:val="333333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="Yu Gothic" w:eastAsia="Yu Gothic" w:hAnsiTheme="majorHAnsi" w:cstheme="majorBidi"/>
      <w:b/>
      <w:bCs/>
      <w:color w:val="1B365D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Yu Gothic" w:eastAsia="Yu Gothic" w:hAnsiTheme="majorHAnsi" w:cstheme="majorBidi"/>
      <w:b/>
      <w:bCs/>
      <w:color w:val="2E5C8A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Revision"/>
    <w:hidden/>
    <w:uiPriority w:val="99"/>
    <w:semiHidden/>
    <w:rsid w:val="007B1226"/>
    <w:pPr>
      <w:spacing w:after="0" w:line="240" w:lineRule="auto"/>
    </w:pPr>
    <w:rPr>
      <w:rFonts w:ascii="游明朝" w:eastAsia="游明朝" w:hAnsi="游明朝"/>
      <w:color w:val="333333"/>
      <w:sz w:val="21"/>
    </w:rPr>
  </w:style>
  <w:style w:type="character" w:styleId="aff0">
    <w:name w:val="Hyperlink"/>
    <w:basedOn w:val="a2"/>
    <w:uiPriority w:val="99"/>
    <w:unhideWhenUsed/>
    <w:rsid w:val="00B10D69"/>
    <w:rPr>
      <w:color w:val="0000FF" w:themeColor="hyperlink"/>
      <w:u w:val="single"/>
    </w:rPr>
  </w:style>
  <w:style w:type="character" w:styleId="aff1">
    <w:name w:val="Unresolved Mention"/>
    <w:basedOn w:val="a2"/>
    <w:uiPriority w:val="99"/>
    <w:semiHidden/>
    <w:unhideWhenUsed/>
    <w:rsid w:val="00B10D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鶴田 文子</cp:lastModifiedBy>
  <cp:revision>7</cp:revision>
  <cp:lastPrinted>2026-08-24T01:15:00Z</cp:lastPrinted>
  <dcterms:created xsi:type="dcterms:W3CDTF">2026-08-24T00:57:00Z</dcterms:created>
  <dcterms:modified xsi:type="dcterms:W3CDTF">2026-08-24T01:20:00Z</dcterms:modified>
  <cp:category/>
</cp:coreProperties>
</file>